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FC9E" w14:textId="75A1CA00" w:rsidR="0090745E" w:rsidRPr="00931EBC" w:rsidRDefault="00000000">
      <w:pPr>
        <w:rPr>
          <w:lang w:val="ru-RU"/>
        </w:rPr>
      </w:pPr>
      <w:r w:rsidRPr="00931EBC">
        <w:rPr>
          <w:b/>
          <w:lang w:val="ru-RU"/>
        </w:rPr>
        <w:t xml:space="preserve">Карта регистров </w:t>
      </w:r>
      <w:r>
        <w:rPr>
          <w:b/>
        </w:rPr>
        <w:t>Modbus</w:t>
      </w:r>
      <w:r w:rsidRPr="00931EBC">
        <w:rPr>
          <w:b/>
          <w:lang w:val="ru-RU"/>
        </w:rPr>
        <w:t xml:space="preserve"> </w:t>
      </w:r>
      <w:r>
        <w:rPr>
          <w:b/>
        </w:rPr>
        <w:t>RTU</w:t>
      </w:r>
    </w:p>
    <w:p w14:paraId="1BBA0095" w14:textId="77777777" w:rsidR="0090745E" w:rsidRPr="00931EBC" w:rsidRDefault="00000000">
      <w:pPr>
        <w:rPr>
          <w:lang w:val="ru-RU"/>
        </w:rPr>
      </w:pPr>
      <w:r w:rsidRPr="00931EBC">
        <w:rPr>
          <w:b/>
          <w:lang w:val="ru-RU"/>
        </w:rPr>
        <w:t xml:space="preserve">Интерфейс связи устройства БАУВ-1 выполнен на базе протокола </w:t>
      </w:r>
      <w:r>
        <w:rPr>
          <w:b/>
        </w:rPr>
        <w:t>Modbus</w:t>
      </w:r>
      <w:r w:rsidRPr="00931EBC">
        <w:rPr>
          <w:b/>
          <w:lang w:val="ru-RU"/>
        </w:rPr>
        <w:t xml:space="preserve"> </w:t>
      </w:r>
      <w:r>
        <w:rPr>
          <w:b/>
        </w:rPr>
        <w:t>RTU</w:t>
      </w:r>
      <w:r w:rsidRPr="00931EBC">
        <w:rPr>
          <w:b/>
          <w:lang w:val="ru-RU"/>
        </w:rPr>
        <w:t xml:space="preserve"> по линии </w:t>
      </w:r>
      <w:r>
        <w:rPr>
          <w:b/>
        </w:rPr>
        <w:t>RS</w:t>
      </w:r>
      <w:r w:rsidRPr="00931EBC">
        <w:rPr>
          <w:b/>
          <w:lang w:val="ru-RU"/>
        </w:rPr>
        <w:t>-485.</w:t>
      </w:r>
    </w:p>
    <w:p w14:paraId="4427B1FE" w14:textId="2E004DC8" w:rsidR="0090745E" w:rsidRPr="003D5AB2" w:rsidRDefault="00000000">
      <w:r w:rsidRPr="00931EBC">
        <w:rPr>
          <w:lang w:val="ru-RU"/>
        </w:rPr>
        <w:t xml:space="preserve">Устройство работает в режиме </w:t>
      </w:r>
      <w:r>
        <w:t>Modbus</w:t>
      </w:r>
      <w:r w:rsidRPr="00931EBC">
        <w:rPr>
          <w:lang w:val="ru-RU"/>
        </w:rPr>
        <w:t xml:space="preserve"> </w:t>
      </w:r>
      <w:r>
        <w:t>Slave</w:t>
      </w:r>
      <w:r w:rsidRPr="00931EBC">
        <w:rPr>
          <w:lang w:val="ru-RU"/>
        </w:rPr>
        <w:t>.</w:t>
      </w:r>
    </w:p>
    <w:p w14:paraId="41E4414E" w14:textId="32E1AE7D" w:rsidR="0090745E" w:rsidRDefault="00140663">
      <w:r>
        <w:rPr>
          <w:lang w:val="ru-RU"/>
        </w:rPr>
        <w:t>Поддерживаемые</w:t>
      </w:r>
      <w:r w:rsidR="00000000">
        <w:t xml:space="preserve"> </w:t>
      </w:r>
      <w:r>
        <w:rPr>
          <w:lang w:val="ru-RU"/>
        </w:rPr>
        <w:t>функции</w:t>
      </w:r>
      <w:r w:rsidR="00000000">
        <w:t xml:space="preserve"> Modbus:</w:t>
      </w:r>
    </w:p>
    <w:p w14:paraId="6CAA139E" w14:textId="77777777" w:rsidR="0090745E" w:rsidRDefault="00000000">
      <w:r>
        <w:t>- 0x03 — Read Holding Registers</w:t>
      </w:r>
    </w:p>
    <w:p w14:paraId="53BF7CC6" w14:textId="77777777" w:rsidR="0090745E" w:rsidRDefault="00000000">
      <w:r>
        <w:t>- 0x06 — Write Single Register</w:t>
      </w:r>
    </w:p>
    <w:p w14:paraId="6D67426D" w14:textId="7F77F305" w:rsidR="0090745E" w:rsidRDefault="00000000">
      <w:pPr>
        <w:rPr>
          <w:lang w:val="ru-RU"/>
        </w:rPr>
      </w:pPr>
      <w:r>
        <w:t>- 0x10 — Write Multiple Registers</w:t>
      </w:r>
    </w:p>
    <w:p w14:paraId="6C15460F" w14:textId="77777777" w:rsidR="008941CD" w:rsidRPr="008941CD" w:rsidRDefault="008941CD">
      <w:pPr>
        <w:rPr>
          <w:lang w:val="ru-RU"/>
        </w:rPr>
      </w:pPr>
    </w:p>
    <w:p w14:paraId="2C475F5D" w14:textId="3FFB6B56" w:rsidR="0090745E" w:rsidRPr="008941CD" w:rsidRDefault="00140663">
      <w:r>
        <w:rPr>
          <w:lang w:val="ru-RU"/>
        </w:rPr>
        <w:t>Все</w:t>
      </w:r>
      <w:r w:rsidR="00000000">
        <w:t xml:space="preserve"> </w:t>
      </w:r>
      <w:r>
        <w:rPr>
          <w:lang w:val="ru-RU"/>
        </w:rPr>
        <w:t>регистры</w:t>
      </w:r>
      <w:r w:rsidR="00000000">
        <w:t xml:space="preserve"> </w:t>
      </w:r>
      <w:r>
        <w:rPr>
          <w:lang w:val="ru-RU"/>
        </w:rPr>
        <w:t>имеют</w:t>
      </w:r>
      <w:r w:rsidR="00000000">
        <w:t xml:space="preserve"> </w:t>
      </w:r>
      <w:r>
        <w:rPr>
          <w:lang w:val="ru-RU"/>
        </w:rPr>
        <w:t>тип</w:t>
      </w:r>
      <w:r w:rsidR="00000000">
        <w:t xml:space="preserve"> Holding Register (16 bit).</w:t>
      </w:r>
    </w:p>
    <w:p w14:paraId="49223A91" w14:textId="77777777" w:rsidR="0090745E" w:rsidRPr="00931EBC" w:rsidRDefault="00000000">
      <w:pPr>
        <w:rPr>
          <w:lang w:val="ru-RU"/>
        </w:rPr>
      </w:pPr>
      <w:r w:rsidRPr="00931EBC">
        <w:rPr>
          <w:lang w:val="ru-RU"/>
        </w:rPr>
        <w:t>Настраиваемые параметры интерфейса:</w:t>
      </w:r>
    </w:p>
    <w:p w14:paraId="412DA6F7" w14:textId="77777777" w:rsidR="0090745E" w:rsidRPr="00931EBC" w:rsidRDefault="00000000">
      <w:pPr>
        <w:rPr>
          <w:lang w:val="ru-RU"/>
        </w:rPr>
      </w:pPr>
      <w:r w:rsidRPr="00931EBC">
        <w:rPr>
          <w:lang w:val="ru-RU"/>
        </w:rPr>
        <w:t>- Скорость обмена</w:t>
      </w:r>
    </w:p>
    <w:p w14:paraId="0F6B26DA" w14:textId="77777777" w:rsidR="0090745E" w:rsidRPr="00931EBC" w:rsidRDefault="00000000">
      <w:pPr>
        <w:rPr>
          <w:lang w:val="ru-RU"/>
        </w:rPr>
      </w:pPr>
      <w:r w:rsidRPr="00931EBC">
        <w:rPr>
          <w:lang w:val="ru-RU"/>
        </w:rPr>
        <w:t>- Адрес устройства</w:t>
      </w:r>
    </w:p>
    <w:p w14:paraId="48BE7D65" w14:textId="5CB4C427" w:rsidR="0090745E" w:rsidRPr="003D5AB2" w:rsidRDefault="00000000">
      <w:r w:rsidRPr="00931EBC">
        <w:rPr>
          <w:lang w:val="ru-RU"/>
        </w:rPr>
        <w:t>- Чётность (</w:t>
      </w:r>
      <w:r>
        <w:t>None</w:t>
      </w:r>
      <w:r w:rsidRPr="00931EBC">
        <w:rPr>
          <w:lang w:val="ru-RU"/>
        </w:rPr>
        <w:t xml:space="preserve"> / </w:t>
      </w:r>
      <w:r>
        <w:t>Even</w:t>
      </w:r>
      <w:r w:rsidRPr="00931EBC">
        <w:rPr>
          <w:lang w:val="ru-RU"/>
        </w:rPr>
        <w:t xml:space="preserve"> / </w:t>
      </w:r>
      <w:r>
        <w:t>Odd</w:t>
      </w:r>
      <w:r w:rsidRPr="00931EBC">
        <w:rPr>
          <w:lang w:val="ru-RU"/>
        </w:rPr>
        <w:t>)</w:t>
      </w:r>
    </w:p>
    <w:p w14:paraId="716F9FC5" w14:textId="46D20A0E" w:rsidR="0090745E" w:rsidRPr="00140663" w:rsidRDefault="00140663">
      <w:pPr>
        <w:pStyle w:val="21"/>
        <w:rPr>
          <w:lang w:val="ru-RU"/>
        </w:rPr>
      </w:pPr>
      <w:r>
        <w:rPr>
          <w:lang w:val="ru-RU"/>
        </w:rPr>
        <w:t>Таблица</w:t>
      </w:r>
      <w:r w:rsidR="00000000">
        <w:t xml:space="preserve"> </w:t>
      </w:r>
      <w:r>
        <w:rPr>
          <w:lang w:val="ru-RU"/>
        </w:rPr>
        <w:t>регистров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526"/>
        <w:gridCol w:w="2410"/>
        <w:gridCol w:w="4677"/>
      </w:tblGrid>
      <w:tr w:rsidR="00CB40A5" w14:paraId="6F474238" w14:textId="77777777" w:rsidTr="00CB40A5">
        <w:tc>
          <w:tcPr>
            <w:tcW w:w="1526" w:type="dxa"/>
          </w:tcPr>
          <w:p w14:paraId="6251403A" w14:textId="56A70E91" w:rsidR="00CB40A5" w:rsidRPr="00140663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Адрес</w:t>
            </w:r>
          </w:p>
        </w:tc>
        <w:tc>
          <w:tcPr>
            <w:tcW w:w="2410" w:type="dxa"/>
          </w:tcPr>
          <w:p w14:paraId="348A7B3E" w14:textId="72E3A2CB" w:rsidR="00CB40A5" w:rsidRPr="00CB40A5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Доступ</w:t>
            </w:r>
          </w:p>
        </w:tc>
        <w:tc>
          <w:tcPr>
            <w:tcW w:w="4677" w:type="dxa"/>
          </w:tcPr>
          <w:p w14:paraId="1302D8E3" w14:textId="5B5F8645" w:rsidR="00CB40A5" w:rsidRPr="00CB40A5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Назначение</w:t>
            </w:r>
          </w:p>
        </w:tc>
      </w:tr>
      <w:tr w:rsidR="00CB40A5" w14:paraId="5A368344" w14:textId="77777777" w:rsidTr="00CB40A5">
        <w:tc>
          <w:tcPr>
            <w:tcW w:w="1526" w:type="dxa"/>
          </w:tcPr>
          <w:p w14:paraId="1BC462AB" w14:textId="77777777" w:rsidR="00CB40A5" w:rsidRDefault="00CB40A5" w:rsidP="00CB40A5">
            <w:r>
              <w:t>0</w:t>
            </w:r>
          </w:p>
        </w:tc>
        <w:tc>
          <w:tcPr>
            <w:tcW w:w="2410" w:type="dxa"/>
          </w:tcPr>
          <w:p w14:paraId="7B30292C" w14:textId="5A38A438" w:rsidR="00CB40A5" w:rsidRDefault="00CB40A5" w:rsidP="00CB40A5">
            <w:r>
              <w:t>R/W</w:t>
            </w:r>
          </w:p>
        </w:tc>
        <w:tc>
          <w:tcPr>
            <w:tcW w:w="4677" w:type="dxa"/>
          </w:tcPr>
          <w:p w14:paraId="146AA487" w14:textId="4DF09F8B" w:rsidR="00CB40A5" w:rsidRDefault="00CB40A5" w:rsidP="00CB40A5">
            <w:r>
              <w:rPr>
                <w:lang w:val="ru-RU"/>
              </w:rPr>
              <w:t>Командная маска</w:t>
            </w:r>
          </w:p>
        </w:tc>
      </w:tr>
      <w:tr w:rsidR="00CB40A5" w14:paraId="02C3A9D8" w14:textId="77777777" w:rsidTr="00CB40A5">
        <w:tc>
          <w:tcPr>
            <w:tcW w:w="1526" w:type="dxa"/>
          </w:tcPr>
          <w:p w14:paraId="7856B8B1" w14:textId="77777777" w:rsidR="00CB40A5" w:rsidRDefault="00CB40A5" w:rsidP="00CB40A5">
            <w:r>
              <w:t>1</w:t>
            </w:r>
          </w:p>
        </w:tc>
        <w:tc>
          <w:tcPr>
            <w:tcW w:w="2410" w:type="dxa"/>
          </w:tcPr>
          <w:p w14:paraId="38CBC11E" w14:textId="4A00EFEE" w:rsidR="00CB40A5" w:rsidRDefault="00CB40A5" w:rsidP="00CB40A5">
            <w:r>
              <w:t>R/W</w:t>
            </w:r>
          </w:p>
        </w:tc>
        <w:tc>
          <w:tcPr>
            <w:tcW w:w="4677" w:type="dxa"/>
          </w:tcPr>
          <w:p w14:paraId="1FCFD24D" w14:textId="4BCD501F" w:rsidR="00CB40A5" w:rsidRPr="00CB40A5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Уставка скорости</w:t>
            </w:r>
          </w:p>
        </w:tc>
      </w:tr>
      <w:tr w:rsidR="00CB40A5" w14:paraId="6329C740" w14:textId="77777777" w:rsidTr="00CB40A5">
        <w:tc>
          <w:tcPr>
            <w:tcW w:w="1526" w:type="dxa"/>
          </w:tcPr>
          <w:p w14:paraId="27577D17" w14:textId="77777777" w:rsidR="00CB40A5" w:rsidRDefault="00CB40A5" w:rsidP="00CB40A5">
            <w:r>
              <w:t>2</w:t>
            </w:r>
          </w:p>
        </w:tc>
        <w:tc>
          <w:tcPr>
            <w:tcW w:w="2410" w:type="dxa"/>
          </w:tcPr>
          <w:p w14:paraId="072BDA3E" w14:textId="21015368" w:rsidR="00CB40A5" w:rsidRDefault="00CB40A5" w:rsidP="00CB40A5">
            <w:r>
              <w:t>R</w:t>
            </w:r>
          </w:p>
        </w:tc>
        <w:tc>
          <w:tcPr>
            <w:tcW w:w="4677" w:type="dxa"/>
          </w:tcPr>
          <w:p w14:paraId="176D9CEC" w14:textId="37825F4E" w:rsidR="00CB40A5" w:rsidRPr="00CB40A5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Статус системы</w:t>
            </w:r>
          </w:p>
        </w:tc>
      </w:tr>
      <w:tr w:rsidR="00CB40A5" w14:paraId="2A793D61" w14:textId="77777777" w:rsidTr="00CB40A5">
        <w:tc>
          <w:tcPr>
            <w:tcW w:w="1526" w:type="dxa"/>
          </w:tcPr>
          <w:p w14:paraId="54CDC0F5" w14:textId="77777777" w:rsidR="00CB40A5" w:rsidRDefault="00CB40A5" w:rsidP="00CB40A5">
            <w:r>
              <w:t>3</w:t>
            </w:r>
          </w:p>
        </w:tc>
        <w:tc>
          <w:tcPr>
            <w:tcW w:w="2410" w:type="dxa"/>
          </w:tcPr>
          <w:p w14:paraId="5AF65A80" w14:textId="4AE97D5E" w:rsidR="00CB40A5" w:rsidRDefault="00CB40A5" w:rsidP="00CB40A5">
            <w:r>
              <w:t>R</w:t>
            </w:r>
          </w:p>
        </w:tc>
        <w:tc>
          <w:tcPr>
            <w:tcW w:w="4677" w:type="dxa"/>
          </w:tcPr>
          <w:p w14:paraId="174418D4" w14:textId="7FA7C0E7" w:rsidR="00CB40A5" w:rsidRPr="00CB40A5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Маска входов</w:t>
            </w:r>
          </w:p>
        </w:tc>
      </w:tr>
      <w:tr w:rsidR="00CB40A5" w14:paraId="22984B09" w14:textId="77777777" w:rsidTr="00CB40A5">
        <w:tc>
          <w:tcPr>
            <w:tcW w:w="1526" w:type="dxa"/>
          </w:tcPr>
          <w:p w14:paraId="08348D34" w14:textId="77777777" w:rsidR="00CB40A5" w:rsidRDefault="00CB40A5" w:rsidP="00CB40A5">
            <w:r>
              <w:t>4</w:t>
            </w:r>
          </w:p>
        </w:tc>
        <w:tc>
          <w:tcPr>
            <w:tcW w:w="2410" w:type="dxa"/>
          </w:tcPr>
          <w:p w14:paraId="2C5204AC" w14:textId="7A7B6F03" w:rsidR="00CB40A5" w:rsidRDefault="00CB40A5" w:rsidP="00CB40A5">
            <w:r>
              <w:t>R</w:t>
            </w:r>
          </w:p>
        </w:tc>
        <w:tc>
          <w:tcPr>
            <w:tcW w:w="4677" w:type="dxa"/>
          </w:tcPr>
          <w:p w14:paraId="6F8D80EF" w14:textId="78251F73" w:rsidR="00CB40A5" w:rsidRPr="00CB40A5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Маска выходов</w:t>
            </w:r>
          </w:p>
        </w:tc>
      </w:tr>
      <w:tr w:rsidR="00CB40A5" w14:paraId="64B14918" w14:textId="77777777" w:rsidTr="00CB40A5">
        <w:tc>
          <w:tcPr>
            <w:tcW w:w="1526" w:type="dxa"/>
          </w:tcPr>
          <w:p w14:paraId="478355A3" w14:textId="77777777" w:rsidR="00CB40A5" w:rsidRDefault="00CB40A5" w:rsidP="00CB40A5">
            <w:r>
              <w:t>5</w:t>
            </w:r>
          </w:p>
        </w:tc>
        <w:tc>
          <w:tcPr>
            <w:tcW w:w="2410" w:type="dxa"/>
          </w:tcPr>
          <w:p w14:paraId="04F636F9" w14:textId="6C5ECD8F" w:rsidR="00CB40A5" w:rsidRDefault="00CB40A5" w:rsidP="00CB40A5">
            <w:r>
              <w:t>R</w:t>
            </w:r>
          </w:p>
        </w:tc>
        <w:tc>
          <w:tcPr>
            <w:tcW w:w="4677" w:type="dxa"/>
          </w:tcPr>
          <w:p w14:paraId="05A6A269" w14:textId="2FA29123" w:rsidR="00CB40A5" w:rsidRPr="00CB40A5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Маска аварий</w:t>
            </w:r>
          </w:p>
        </w:tc>
      </w:tr>
      <w:tr w:rsidR="00CB40A5" w14:paraId="3EB590F8" w14:textId="77777777" w:rsidTr="00CB40A5">
        <w:tc>
          <w:tcPr>
            <w:tcW w:w="1526" w:type="dxa"/>
          </w:tcPr>
          <w:p w14:paraId="1613B906" w14:textId="568740D3" w:rsidR="00CB40A5" w:rsidRDefault="00CB40A5" w:rsidP="00CB40A5">
            <w:r>
              <w:t>6</w:t>
            </w:r>
          </w:p>
        </w:tc>
        <w:tc>
          <w:tcPr>
            <w:tcW w:w="2410" w:type="dxa"/>
          </w:tcPr>
          <w:p w14:paraId="5CE26C2B" w14:textId="0C00D060" w:rsidR="00CB40A5" w:rsidRDefault="00CB40A5" w:rsidP="00CB40A5">
            <w:r>
              <w:t>R/W</w:t>
            </w:r>
          </w:p>
        </w:tc>
        <w:tc>
          <w:tcPr>
            <w:tcW w:w="4677" w:type="dxa"/>
          </w:tcPr>
          <w:p w14:paraId="5FA4574A" w14:textId="76858810" w:rsidR="00CB40A5" w:rsidRPr="003D5AB2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Режим управления</w:t>
            </w:r>
          </w:p>
        </w:tc>
      </w:tr>
      <w:tr w:rsidR="00CB40A5" w14:paraId="1A10DD5D" w14:textId="77777777" w:rsidTr="00CB40A5">
        <w:tc>
          <w:tcPr>
            <w:tcW w:w="1526" w:type="dxa"/>
          </w:tcPr>
          <w:p w14:paraId="1B9C1839" w14:textId="1DCECA7A" w:rsidR="00CB40A5" w:rsidRDefault="00CB40A5" w:rsidP="00CB40A5">
            <w:r>
              <w:t>7</w:t>
            </w:r>
          </w:p>
        </w:tc>
        <w:tc>
          <w:tcPr>
            <w:tcW w:w="2410" w:type="dxa"/>
          </w:tcPr>
          <w:p w14:paraId="7CBC6965" w14:textId="1646BC3C" w:rsidR="00CB40A5" w:rsidRDefault="00CB40A5" w:rsidP="00CB40A5">
            <w:r>
              <w:t>R/W</w:t>
            </w:r>
          </w:p>
        </w:tc>
        <w:tc>
          <w:tcPr>
            <w:tcW w:w="4677" w:type="dxa"/>
          </w:tcPr>
          <w:p w14:paraId="6DDB8882" w14:textId="0C642708" w:rsidR="00CB40A5" w:rsidRPr="003D5AB2" w:rsidRDefault="00CB40A5" w:rsidP="00CB40A5">
            <w:pPr>
              <w:rPr>
                <w:lang w:val="ru-RU"/>
              </w:rPr>
            </w:pPr>
            <w:r>
              <w:rPr>
                <w:lang w:val="ru-RU"/>
              </w:rPr>
              <w:t>Пароль доступа в параметры</w:t>
            </w:r>
          </w:p>
        </w:tc>
      </w:tr>
    </w:tbl>
    <w:p w14:paraId="004E0B58" w14:textId="103A6BEA" w:rsidR="0090745E" w:rsidRPr="00140663" w:rsidRDefault="00140663">
      <w:pPr>
        <w:pStyle w:val="21"/>
        <w:rPr>
          <w:lang w:val="ru-RU"/>
        </w:rPr>
      </w:pPr>
      <w:r>
        <w:rPr>
          <w:lang w:val="ru-RU"/>
        </w:rPr>
        <w:t>Регистр</w:t>
      </w:r>
      <w:r>
        <w:t xml:space="preserve"> </w:t>
      </w:r>
      <w:r w:rsidR="00000000">
        <w:t xml:space="preserve">0 — </w:t>
      </w:r>
      <w:r>
        <w:rPr>
          <w:lang w:val="ru-RU"/>
        </w:rPr>
        <w:t>Командная</w:t>
      </w:r>
      <w:r w:rsidR="00000000">
        <w:t xml:space="preserve"> </w:t>
      </w:r>
      <w:r>
        <w:rPr>
          <w:lang w:val="ru-RU"/>
        </w:rPr>
        <w:t>маска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526"/>
        <w:gridCol w:w="2410"/>
        <w:gridCol w:w="4704"/>
      </w:tblGrid>
      <w:tr w:rsidR="0090745E" w14:paraId="37FBF407" w14:textId="77777777" w:rsidTr="003D5AB2">
        <w:tc>
          <w:tcPr>
            <w:tcW w:w="1526" w:type="dxa"/>
          </w:tcPr>
          <w:p w14:paraId="4D15D87B" w14:textId="77777777" w:rsidR="0090745E" w:rsidRDefault="00000000">
            <w:r>
              <w:t>Bit</w:t>
            </w:r>
          </w:p>
        </w:tc>
        <w:tc>
          <w:tcPr>
            <w:tcW w:w="2410" w:type="dxa"/>
          </w:tcPr>
          <w:p w14:paraId="5A1EB249" w14:textId="77777777" w:rsidR="0090745E" w:rsidRDefault="00000000">
            <w:r>
              <w:t>Название</w:t>
            </w:r>
          </w:p>
        </w:tc>
        <w:tc>
          <w:tcPr>
            <w:tcW w:w="4704" w:type="dxa"/>
          </w:tcPr>
          <w:p w14:paraId="66AA8D4F" w14:textId="77777777" w:rsidR="0090745E" w:rsidRDefault="00000000">
            <w:r>
              <w:t>Описание</w:t>
            </w:r>
          </w:p>
        </w:tc>
      </w:tr>
      <w:tr w:rsidR="0090745E" w14:paraId="362A4606" w14:textId="77777777" w:rsidTr="003D5AB2">
        <w:tc>
          <w:tcPr>
            <w:tcW w:w="1526" w:type="dxa"/>
          </w:tcPr>
          <w:p w14:paraId="57CD92B3" w14:textId="77777777" w:rsidR="0090745E" w:rsidRDefault="00000000">
            <w:r>
              <w:t>0</w:t>
            </w:r>
          </w:p>
        </w:tc>
        <w:tc>
          <w:tcPr>
            <w:tcW w:w="2410" w:type="dxa"/>
          </w:tcPr>
          <w:p w14:paraId="0481B4EC" w14:textId="77777777" w:rsidR="0090745E" w:rsidRDefault="00000000">
            <w:r>
              <w:t>Пуск/Стоп</w:t>
            </w:r>
          </w:p>
        </w:tc>
        <w:tc>
          <w:tcPr>
            <w:tcW w:w="4704" w:type="dxa"/>
          </w:tcPr>
          <w:p w14:paraId="7F0677AE" w14:textId="77777777" w:rsidR="0090745E" w:rsidRDefault="00000000">
            <w:r>
              <w:t>0 - Останов, 1 - Работа</w:t>
            </w:r>
          </w:p>
        </w:tc>
      </w:tr>
      <w:tr w:rsidR="0090745E" w14:paraId="6D99102F" w14:textId="77777777" w:rsidTr="003D5AB2">
        <w:tc>
          <w:tcPr>
            <w:tcW w:w="1526" w:type="dxa"/>
          </w:tcPr>
          <w:p w14:paraId="0ECD18BE" w14:textId="77777777" w:rsidR="0090745E" w:rsidRDefault="00000000">
            <w:r>
              <w:t>1</w:t>
            </w:r>
          </w:p>
        </w:tc>
        <w:tc>
          <w:tcPr>
            <w:tcW w:w="2410" w:type="dxa"/>
          </w:tcPr>
          <w:p w14:paraId="6D3AEC37" w14:textId="77777777" w:rsidR="0090745E" w:rsidRDefault="00000000">
            <w:r>
              <w:t>Сброс аварий</w:t>
            </w:r>
          </w:p>
        </w:tc>
        <w:tc>
          <w:tcPr>
            <w:tcW w:w="4704" w:type="dxa"/>
          </w:tcPr>
          <w:p w14:paraId="0884E6DB" w14:textId="50EC0978" w:rsidR="0090745E" w:rsidRPr="00966385" w:rsidRDefault="008C14E4">
            <w:pPr>
              <w:rPr>
                <w:lang w:val="ru-RU"/>
              </w:rPr>
            </w:pPr>
            <w:r>
              <w:rPr>
                <w:lang w:val="ru-RU"/>
              </w:rPr>
              <w:t>Записать 1</w:t>
            </w:r>
            <w:r w:rsidR="00966385">
              <w:rPr>
                <w:lang w:val="ru-RU"/>
              </w:rPr>
              <w:t xml:space="preserve">. </w:t>
            </w:r>
            <w:r w:rsidR="00CB40A5">
              <w:rPr>
                <w:lang w:val="ru-RU"/>
              </w:rPr>
              <w:t>Авто возврат</w:t>
            </w:r>
            <w:r w:rsidR="00966385">
              <w:rPr>
                <w:lang w:val="ru-RU"/>
              </w:rPr>
              <w:t xml:space="preserve"> </w:t>
            </w:r>
            <w:r w:rsidR="00966385">
              <w:t>False.</w:t>
            </w:r>
            <w:r w:rsidR="00966385">
              <w:rPr>
                <w:lang w:val="ru-RU"/>
              </w:rPr>
              <w:t xml:space="preserve"> </w:t>
            </w:r>
          </w:p>
        </w:tc>
      </w:tr>
      <w:tr w:rsidR="0090745E" w14:paraId="72B58005" w14:textId="77777777" w:rsidTr="003D5AB2">
        <w:tc>
          <w:tcPr>
            <w:tcW w:w="1526" w:type="dxa"/>
          </w:tcPr>
          <w:p w14:paraId="240ED6DC" w14:textId="77777777" w:rsidR="0090745E" w:rsidRDefault="00000000">
            <w:r>
              <w:t>2..15</w:t>
            </w:r>
          </w:p>
        </w:tc>
        <w:tc>
          <w:tcPr>
            <w:tcW w:w="2410" w:type="dxa"/>
          </w:tcPr>
          <w:p w14:paraId="68556C18" w14:textId="77777777" w:rsidR="0090745E" w:rsidRDefault="00000000">
            <w:r>
              <w:t>Резерв</w:t>
            </w:r>
          </w:p>
        </w:tc>
        <w:tc>
          <w:tcPr>
            <w:tcW w:w="4704" w:type="dxa"/>
          </w:tcPr>
          <w:p w14:paraId="3020BB12" w14:textId="77777777" w:rsidR="0090745E" w:rsidRDefault="00000000">
            <w:r>
              <w:t>-</w:t>
            </w:r>
          </w:p>
        </w:tc>
      </w:tr>
    </w:tbl>
    <w:p w14:paraId="37FD41E5" w14:textId="4F3ECA8D" w:rsidR="0090745E" w:rsidRPr="00140663" w:rsidRDefault="00140663">
      <w:pPr>
        <w:pStyle w:val="21"/>
        <w:rPr>
          <w:lang w:val="ru-RU"/>
        </w:rPr>
      </w:pPr>
      <w:r>
        <w:rPr>
          <w:lang w:val="ru-RU"/>
        </w:rPr>
        <w:t>Регистр</w:t>
      </w:r>
      <w:r>
        <w:t xml:space="preserve"> </w:t>
      </w:r>
      <w:r w:rsidR="00000000">
        <w:t xml:space="preserve">1 — </w:t>
      </w:r>
      <w:r>
        <w:rPr>
          <w:lang w:val="ru-RU"/>
        </w:rPr>
        <w:t>Уставка</w:t>
      </w:r>
      <w:r w:rsidR="00000000">
        <w:t xml:space="preserve"> </w:t>
      </w:r>
      <w:r>
        <w:rPr>
          <w:lang w:val="ru-RU"/>
        </w:rPr>
        <w:t>скорости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936"/>
        <w:gridCol w:w="4704"/>
      </w:tblGrid>
      <w:tr w:rsidR="0090745E" w14:paraId="1AB638C5" w14:textId="77777777" w:rsidTr="003D5AB2">
        <w:tc>
          <w:tcPr>
            <w:tcW w:w="3936" w:type="dxa"/>
          </w:tcPr>
          <w:p w14:paraId="09D5AE42" w14:textId="2096D66B" w:rsidR="0090745E" w:rsidRDefault="00140663">
            <w:r>
              <w:rPr>
                <w:lang w:val="ru-RU"/>
              </w:rPr>
              <w:t>Диапазон</w:t>
            </w:r>
          </w:p>
        </w:tc>
        <w:tc>
          <w:tcPr>
            <w:tcW w:w="4704" w:type="dxa"/>
          </w:tcPr>
          <w:p w14:paraId="658AD910" w14:textId="77777777" w:rsidR="0090745E" w:rsidRDefault="00000000">
            <w:r>
              <w:t>Описание</w:t>
            </w:r>
          </w:p>
        </w:tc>
      </w:tr>
      <w:tr w:rsidR="0090745E" w14:paraId="2B321C99" w14:textId="77777777" w:rsidTr="003D5AB2">
        <w:tc>
          <w:tcPr>
            <w:tcW w:w="3936" w:type="dxa"/>
          </w:tcPr>
          <w:p w14:paraId="5BAC9E01" w14:textId="77777777" w:rsidR="0090745E" w:rsidRDefault="00000000">
            <w:r>
              <w:t>40…100 %</w:t>
            </w:r>
          </w:p>
        </w:tc>
        <w:tc>
          <w:tcPr>
            <w:tcW w:w="4704" w:type="dxa"/>
          </w:tcPr>
          <w:p w14:paraId="08366E4C" w14:textId="77777777" w:rsidR="0090745E" w:rsidRDefault="00000000">
            <w:r>
              <w:t>Уставка скорости вентилятора</w:t>
            </w:r>
          </w:p>
        </w:tc>
      </w:tr>
    </w:tbl>
    <w:p w14:paraId="3C7FDBE5" w14:textId="6751F30E" w:rsidR="0090745E" w:rsidRPr="00140663" w:rsidRDefault="00140663">
      <w:pPr>
        <w:pStyle w:val="21"/>
        <w:rPr>
          <w:lang w:val="ru-RU"/>
        </w:rPr>
      </w:pPr>
      <w:r>
        <w:rPr>
          <w:lang w:val="ru-RU"/>
        </w:rPr>
        <w:lastRenderedPageBreak/>
        <w:t>Регистр</w:t>
      </w:r>
      <w:r w:rsidR="00000000">
        <w:t xml:space="preserve"> 2 — </w:t>
      </w:r>
      <w:r>
        <w:rPr>
          <w:lang w:val="ru-RU"/>
        </w:rPr>
        <w:t>Статус</w:t>
      </w:r>
      <w:r w:rsidR="00000000">
        <w:t xml:space="preserve"> </w:t>
      </w:r>
      <w:r>
        <w:rPr>
          <w:lang w:val="ru-RU"/>
        </w:rPr>
        <w:t>системы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809"/>
        <w:gridCol w:w="6831"/>
      </w:tblGrid>
      <w:tr w:rsidR="0090745E" w14:paraId="2142FD0B" w14:textId="77777777" w:rsidTr="00107F25">
        <w:tc>
          <w:tcPr>
            <w:tcW w:w="1809" w:type="dxa"/>
          </w:tcPr>
          <w:p w14:paraId="1023B085" w14:textId="1AB4C3DC" w:rsidR="0090745E" w:rsidRPr="00140663" w:rsidRDefault="00140663">
            <w:pPr>
              <w:rPr>
                <w:lang w:val="ru-RU"/>
              </w:rPr>
            </w:pPr>
            <w:r>
              <w:rPr>
                <w:lang w:val="ru-RU"/>
              </w:rPr>
              <w:t>Значение</w:t>
            </w:r>
          </w:p>
        </w:tc>
        <w:tc>
          <w:tcPr>
            <w:tcW w:w="6831" w:type="dxa"/>
          </w:tcPr>
          <w:p w14:paraId="44378701" w14:textId="54CDBB45" w:rsidR="0090745E" w:rsidRPr="00140663" w:rsidRDefault="00140663">
            <w:pPr>
              <w:rPr>
                <w:lang w:val="ru-RU"/>
              </w:rPr>
            </w:pPr>
            <w:r>
              <w:rPr>
                <w:lang w:val="ru-RU"/>
              </w:rPr>
              <w:t>Статус</w:t>
            </w:r>
          </w:p>
        </w:tc>
      </w:tr>
      <w:tr w:rsidR="0090745E" w14:paraId="19C1DD4C" w14:textId="77777777" w:rsidTr="00107F25">
        <w:tc>
          <w:tcPr>
            <w:tcW w:w="1809" w:type="dxa"/>
          </w:tcPr>
          <w:p w14:paraId="21F25402" w14:textId="77777777" w:rsidR="0090745E" w:rsidRDefault="00000000">
            <w:r>
              <w:t>0</w:t>
            </w:r>
          </w:p>
        </w:tc>
        <w:tc>
          <w:tcPr>
            <w:tcW w:w="6831" w:type="dxa"/>
          </w:tcPr>
          <w:p w14:paraId="688D8F5D" w14:textId="77777777" w:rsidR="0090745E" w:rsidRDefault="00000000">
            <w:r>
              <w:t>Останов</w:t>
            </w:r>
          </w:p>
        </w:tc>
      </w:tr>
      <w:tr w:rsidR="0090745E" w14:paraId="482B8322" w14:textId="77777777" w:rsidTr="00107F25">
        <w:tc>
          <w:tcPr>
            <w:tcW w:w="1809" w:type="dxa"/>
          </w:tcPr>
          <w:p w14:paraId="3D535F69" w14:textId="77777777" w:rsidR="0090745E" w:rsidRDefault="00000000">
            <w:r>
              <w:t>1</w:t>
            </w:r>
          </w:p>
        </w:tc>
        <w:tc>
          <w:tcPr>
            <w:tcW w:w="6831" w:type="dxa"/>
          </w:tcPr>
          <w:p w14:paraId="42801ED4" w14:textId="77777777" w:rsidR="0090745E" w:rsidRDefault="00000000">
            <w:r>
              <w:t>Работа</w:t>
            </w:r>
          </w:p>
        </w:tc>
      </w:tr>
      <w:tr w:rsidR="0090745E" w14:paraId="3777B737" w14:textId="77777777" w:rsidTr="00107F25">
        <w:tc>
          <w:tcPr>
            <w:tcW w:w="1809" w:type="dxa"/>
          </w:tcPr>
          <w:p w14:paraId="48527A34" w14:textId="77777777" w:rsidR="0090745E" w:rsidRDefault="00000000">
            <w:r>
              <w:t>2</w:t>
            </w:r>
          </w:p>
        </w:tc>
        <w:tc>
          <w:tcPr>
            <w:tcW w:w="6831" w:type="dxa"/>
          </w:tcPr>
          <w:p w14:paraId="1F270857" w14:textId="77777777" w:rsidR="0090745E" w:rsidRDefault="00000000">
            <w:r>
              <w:t>Авария</w:t>
            </w:r>
          </w:p>
        </w:tc>
      </w:tr>
      <w:tr w:rsidR="0090745E" w14:paraId="0EEEAE15" w14:textId="77777777" w:rsidTr="00107F25">
        <w:tc>
          <w:tcPr>
            <w:tcW w:w="1809" w:type="dxa"/>
          </w:tcPr>
          <w:p w14:paraId="06BC8902" w14:textId="77777777" w:rsidR="0090745E" w:rsidRDefault="00000000">
            <w:r>
              <w:t>3</w:t>
            </w:r>
          </w:p>
        </w:tc>
        <w:tc>
          <w:tcPr>
            <w:tcW w:w="6831" w:type="dxa"/>
          </w:tcPr>
          <w:p w14:paraId="09E0C4E8" w14:textId="77777777" w:rsidR="0090745E" w:rsidRDefault="00000000">
            <w:r>
              <w:t>Работа ПДУ</w:t>
            </w:r>
          </w:p>
        </w:tc>
      </w:tr>
    </w:tbl>
    <w:p w14:paraId="75991F23" w14:textId="222F58F2" w:rsidR="0090745E" w:rsidRPr="00107F25" w:rsidRDefault="00107F25">
      <w:pPr>
        <w:pStyle w:val="21"/>
        <w:rPr>
          <w:lang w:val="ru-RU"/>
        </w:rPr>
      </w:pPr>
      <w:r>
        <w:rPr>
          <w:lang w:val="ru-RU"/>
        </w:rPr>
        <w:t>Регистр</w:t>
      </w:r>
      <w:r w:rsidR="00000000">
        <w:t xml:space="preserve"> 3 — </w:t>
      </w:r>
      <w:r>
        <w:rPr>
          <w:lang w:val="ru-RU"/>
        </w:rPr>
        <w:t>Маска</w:t>
      </w:r>
      <w:r w:rsidR="00000000">
        <w:t xml:space="preserve"> </w:t>
      </w:r>
      <w:r>
        <w:rPr>
          <w:lang w:val="ru-RU"/>
        </w:rPr>
        <w:t>входов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4279"/>
      </w:tblGrid>
      <w:tr w:rsidR="0090745E" w14:paraId="3AB189B5" w14:textId="77777777" w:rsidTr="00931EBC">
        <w:tc>
          <w:tcPr>
            <w:tcW w:w="1809" w:type="dxa"/>
          </w:tcPr>
          <w:p w14:paraId="0E4C74CF" w14:textId="77777777" w:rsidR="0090745E" w:rsidRDefault="00000000">
            <w:r>
              <w:t>Bit</w:t>
            </w:r>
          </w:p>
        </w:tc>
        <w:tc>
          <w:tcPr>
            <w:tcW w:w="2552" w:type="dxa"/>
          </w:tcPr>
          <w:p w14:paraId="2629DCAD" w14:textId="77777777" w:rsidR="0090745E" w:rsidRDefault="00000000">
            <w:r>
              <w:t>Сигнал</w:t>
            </w:r>
          </w:p>
        </w:tc>
        <w:tc>
          <w:tcPr>
            <w:tcW w:w="4279" w:type="dxa"/>
          </w:tcPr>
          <w:p w14:paraId="2F03AA85" w14:textId="77777777" w:rsidR="0090745E" w:rsidRDefault="00000000">
            <w:r>
              <w:t>Описание</w:t>
            </w:r>
          </w:p>
        </w:tc>
      </w:tr>
      <w:tr w:rsidR="0090745E" w14:paraId="6B172523" w14:textId="77777777" w:rsidTr="00931EBC">
        <w:tc>
          <w:tcPr>
            <w:tcW w:w="1809" w:type="dxa"/>
          </w:tcPr>
          <w:p w14:paraId="47FCB2FB" w14:textId="77777777" w:rsidR="0090745E" w:rsidRDefault="00000000">
            <w:r>
              <w:t>0</w:t>
            </w:r>
          </w:p>
        </w:tc>
        <w:tc>
          <w:tcPr>
            <w:tcW w:w="2552" w:type="dxa"/>
          </w:tcPr>
          <w:p w14:paraId="446B12F0" w14:textId="77777777" w:rsidR="0090745E" w:rsidRDefault="00000000">
            <w:r>
              <w:t>Пожар</w:t>
            </w:r>
          </w:p>
        </w:tc>
        <w:tc>
          <w:tcPr>
            <w:tcW w:w="4279" w:type="dxa"/>
          </w:tcPr>
          <w:p w14:paraId="5AC24D2A" w14:textId="77777777" w:rsidR="0090745E" w:rsidRDefault="00000000">
            <w:r>
              <w:t>Вход пожарной сигнализации</w:t>
            </w:r>
          </w:p>
        </w:tc>
      </w:tr>
      <w:tr w:rsidR="0090745E" w14:paraId="7201E4BD" w14:textId="77777777" w:rsidTr="00931EBC">
        <w:tc>
          <w:tcPr>
            <w:tcW w:w="1809" w:type="dxa"/>
          </w:tcPr>
          <w:p w14:paraId="71F8AA98" w14:textId="77777777" w:rsidR="0090745E" w:rsidRDefault="00000000">
            <w:r>
              <w:t>1</w:t>
            </w:r>
          </w:p>
        </w:tc>
        <w:tc>
          <w:tcPr>
            <w:tcW w:w="2552" w:type="dxa"/>
          </w:tcPr>
          <w:p w14:paraId="6BB58539" w14:textId="77777777" w:rsidR="0090745E" w:rsidRDefault="00000000">
            <w:r>
              <w:t>Защита вентилятора</w:t>
            </w:r>
          </w:p>
        </w:tc>
        <w:tc>
          <w:tcPr>
            <w:tcW w:w="4279" w:type="dxa"/>
          </w:tcPr>
          <w:p w14:paraId="2DC4CD3A" w14:textId="77777777" w:rsidR="0090745E" w:rsidRDefault="00000000">
            <w:r>
              <w:t>Контроль автомата защиты</w:t>
            </w:r>
          </w:p>
        </w:tc>
      </w:tr>
      <w:tr w:rsidR="0090745E" w14:paraId="645B1933" w14:textId="77777777" w:rsidTr="00931EBC">
        <w:tc>
          <w:tcPr>
            <w:tcW w:w="1809" w:type="dxa"/>
          </w:tcPr>
          <w:p w14:paraId="4DB1091E" w14:textId="77777777" w:rsidR="0090745E" w:rsidRDefault="00000000">
            <w:r>
              <w:t>2</w:t>
            </w:r>
          </w:p>
        </w:tc>
        <w:tc>
          <w:tcPr>
            <w:tcW w:w="2552" w:type="dxa"/>
          </w:tcPr>
          <w:p w14:paraId="1BB79174" w14:textId="77777777" w:rsidR="0090745E" w:rsidRDefault="00000000">
            <w:r>
              <w:t>Реле контроля тока</w:t>
            </w:r>
          </w:p>
        </w:tc>
        <w:tc>
          <w:tcPr>
            <w:tcW w:w="4279" w:type="dxa"/>
          </w:tcPr>
          <w:p w14:paraId="6C53C28A" w14:textId="77777777" w:rsidR="0090745E" w:rsidRDefault="00000000">
            <w:r>
              <w:t>Контроль наличия тока вентилятора</w:t>
            </w:r>
          </w:p>
        </w:tc>
      </w:tr>
      <w:tr w:rsidR="0090745E" w14:paraId="4A1D3693" w14:textId="77777777" w:rsidTr="00931EBC">
        <w:tc>
          <w:tcPr>
            <w:tcW w:w="1809" w:type="dxa"/>
          </w:tcPr>
          <w:p w14:paraId="15E2971E" w14:textId="77777777" w:rsidR="0090745E" w:rsidRDefault="00000000">
            <w:r>
              <w:t>3</w:t>
            </w:r>
          </w:p>
        </w:tc>
        <w:tc>
          <w:tcPr>
            <w:tcW w:w="2552" w:type="dxa"/>
          </w:tcPr>
          <w:p w14:paraId="30CC085B" w14:textId="77777777" w:rsidR="0090745E" w:rsidRDefault="00000000">
            <w:r>
              <w:t>ПДУ Пуск</w:t>
            </w:r>
          </w:p>
        </w:tc>
        <w:tc>
          <w:tcPr>
            <w:tcW w:w="4279" w:type="dxa"/>
          </w:tcPr>
          <w:p w14:paraId="1E695637" w14:textId="77777777" w:rsidR="0090745E" w:rsidRDefault="00000000">
            <w:r>
              <w:t>Команда Пуск</w:t>
            </w:r>
          </w:p>
        </w:tc>
      </w:tr>
      <w:tr w:rsidR="0090745E" w14:paraId="77100C45" w14:textId="77777777" w:rsidTr="00931EBC">
        <w:tc>
          <w:tcPr>
            <w:tcW w:w="1809" w:type="dxa"/>
          </w:tcPr>
          <w:p w14:paraId="5DC380E3" w14:textId="77777777" w:rsidR="0090745E" w:rsidRDefault="00000000">
            <w:r>
              <w:t>4</w:t>
            </w:r>
          </w:p>
        </w:tc>
        <w:tc>
          <w:tcPr>
            <w:tcW w:w="2552" w:type="dxa"/>
          </w:tcPr>
          <w:p w14:paraId="30347C5A" w14:textId="77777777" w:rsidR="0090745E" w:rsidRDefault="00000000">
            <w:r>
              <w:t>ПДУ Стоп</w:t>
            </w:r>
          </w:p>
        </w:tc>
        <w:tc>
          <w:tcPr>
            <w:tcW w:w="4279" w:type="dxa"/>
          </w:tcPr>
          <w:p w14:paraId="68935425" w14:textId="77777777" w:rsidR="0090745E" w:rsidRDefault="00000000">
            <w:r>
              <w:t>Команда Стоп</w:t>
            </w:r>
          </w:p>
        </w:tc>
      </w:tr>
      <w:tr w:rsidR="0090745E" w14:paraId="4DDD05B1" w14:textId="77777777" w:rsidTr="00931EBC">
        <w:tc>
          <w:tcPr>
            <w:tcW w:w="1809" w:type="dxa"/>
          </w:tcPr>
          <w:p w14:paraId="3DB3A46F" w14:textId="77777777" w:rsidR="0090745E" w:rsidRDefault="00000000">
            <w:r>
              <w:t>5</w:t>
            </w:r>
          </w:p>
        </w:tc>
        <w:tc>
          <w:tcPr>
            <w:tcW w:w="2552" w:type="dxa"/>
          </w:tcPr>
          <w:p w14:paraId="2FB8096C" w14:textId="77777777" w:rsidR="0090745E" w:rsidRDefault="00000000">
            <w:r>
              <w:t>ESC</w:t>
            </w:r>
          </w:p>
        </w:tc>
        <w:tc>
          <w:tcPr>
            <w:tcW w:w="4279" w:type="dxa"/>
          </w:tcPr>
          <w:p w14:paraId="424E3892" w14:textId="77777777" w:rsidR="0090745E" w:rsidRDefault="00000000">
            <w:r>
              <w:t>Кнопка ESC</w:t>
            </w:r>
          </w:p>
        </w:tc>
      </w:tr>
      <w:tr w:rsidR="0090745E" w14:paraId="7A752E71" w14:textId="77777777" w:rsidTr="00931EBC">
        <w:tc>
          <w:tcPr>
            <w:tcW w:w="1809" w:type="dxa"/>
          </w:tcPr>
          <w:p w14:paraId="33302A2C" w14:textId="77777777" w:rsidR="0090745E" w:rsidRDefault="00000000">
            <w:r>
              <w:t>6</w:t>
            </w:r>
          </w:p>
        </w:tc>
        <w:tc>
          <w:tcPr>
            <w:tcW w:w="2552" w:type="dxa"/>
          </w:tcPr>
          <w:p w14:paraId="59CEAFC7" w14:textId="77777777" w:rsidR="0090745E" w:rsidRDefault="00000000">
            <w:r>
              <w:t>LEFT</w:t>
            </w:r>
          </w:p>
        </w:tc>
        <w:tc>
          <w:tcPr>
            <w:tcW w:w="4279" w:type="dxa"/>
          </w:tcPr>
          <w:p w14:paraId="693A3E4E" w14:textId="77777777" w:rsidR="0090745E" w:rsidRDefault="00000000">
            <w:r>
              <w:t>Кнопка LEFT</w:t>
            </w:r>
          </w:p>
        </w:tc>
      </w:tr>
      <w:tr w:rsidR="0090745E" w14:paraId="59EC3329" w14:textId="77777777" w:rsidTr="00931EBC">
        <w:tc>
          <w:tcPr>
            <w:tcW w:w="1809" w:type="dxa"/>
          </w:tcPr>
          <w:p w14:paraId="7C83ABC5" w14:textId="77777777" w:rsidR="0090745E" w:rsidRDefault="00000000">
            <w:r>
              <w:t>7</w:t>
            </w:r>
          </w:p>
        </w:tc>
        <w:tc>
          <w:tcPr>
            <w:tcW w:w="2552" w:type="dxa"/>
          </w:tcPr>
          <w:p w14:paraId="6261952F" w14:textId="77777777" w:rsidR="0090745E" w:rsidRDefault="00000000">
            <w:r>
              <w:t>RIGHT</w:t>
            </w:r>
          </w:p>
        </w:tc>
        <w:tc>
          <w:tcPr>
            <w:tcW w:w="4279" w:type="dxa"/>
          </w:tcPr>
          <w:p w14:paraId="54A50636" w14:textId="77777777" w:rsidR="0090745E" w:rsidRDefault="00000000">
            <w:r>
              <w:t>Кнопка RIGHT</w:t>
            </w:r>
          </w:p>
        </w:tc>
      </w:tr>
      <w:tr w:rsidR="0090745E" w14:paraId="7B1F5243" w14:textId="77777777" w:rsidTr="00931EBC">
        <w:tc>
          <w:tcPr>
            <w:tcW w:w="1809" w:type="dxa"/>
          </w:tcPr>
          <w:p w14:paraId="55739B29" w14:textId="77777777" w:rsidR="0090745E" w:rsidRDefault="00000000">
            <w:r>
              <w:t>8</w:t>
            </w:r>
          </w:p>
        </w:tc>
        <w:tc>
          <w:tcPr>
            <w:tcW w:w="2552" w:type="dxa"/>
          </w:tcPr>
          <w:p w14:paraId="4F1469FB" w14:textId="77777777" w:rsidR="0090745E" w:rsidRDefault="00000000">
            <w:r>
              <w:t>ENTER</w:t>
            </w:r>
          </w:p>
        </w:tc>
        <w:tc>
          <w:tcPr>
            <w:tcW w:w="4279" w:type="dxa"/>
          </w:tcPr>
          <w:p w14:paraId="5D32A636" w14:textId="77777777" w:rsidR="0090745E" w:rsidRDefault="00000000">
            <w:r>
              <w:t>Кнопка ENTER</w:t>
            </w:r>
          </w:p>
        </w:tc>
      </w:tr>
      <w:tr w:rsidR="0090745E" w14:paraId="467BA399" w14:textId="77777777" w:rsidTr="00931EBC">
        <w:tc>
          <w:tcPr>
            <w:tcW w:w="1809" w:type="dxa"/>
          </w:tcPr>
          <w:p w14:paraId="7BA3BCB6" w14:textId="77777777" w:rsidR="0090745E" w:rsidRDefault="00000000">
            <w:r>
              <w:t>9..15</w:t>
            </w:r>
          </w:p>
        </w:tc>
        <w:tc>
          <w:tcPr>
            <w:tcW w:w="2552" w:type="dxa"/>
          </w:tcPr>
          <w:p w14:paraId="538B935E" w14:textId="77777777" w:rsidR="0090745E" w:rsidRDefault="00000000">
            <w:r>
              <w:t>Резерв</w:t>
            </w:r>
          </w:p>
        </w:tc>
        <w:tc>
          <w:tcPr>
            <w:tcW w:w="4279" w:type="dxa"/>
          </w:tcPr>
          <w:p w14:paraId="2CA163BA" w14:textId="77777777" w:rsidR="0090745E" w:rsidRDefault="00000000">
            <w:r>
              <w:t>-</w:t>
            </w:r>
          </w:p>
        </w:tc>
      </w:tr>
    </w:tbl>
    <w:p w14:paraId="103FF3EF" w14:textId="52D42A2E" w:rsidR="0090745E" w:rsidRPr="00140663" w:rsidRDefault="00140663">
      <w:pPr>
        <w:pStyle w:val="21"/>
        <w:rPr>
          <w:lang w:val="ru-RU"/>
        </w:rPr>
      </w:pPr>
      <w:r>
        <w:rPr>
          <w:lang w:val="ru-RU"/>
        </w:rPr>
        <w:t>Регистр</w:t>
      </w:r>
      <w:r>
        <w:t xml:space="preserve"> </w:t>
      </w:r>
      <w:r w:rsidR="00000000">
        <w:t xml:space="preserve">4 — </w:t>
      </w:r>
      <w:r>
        <w:rPr>
          <w:lang w:val="ru-RU"/>
        </w:rPr>
        <w:t>Маска</w:t>
      </w:r>
      <w:r w:rsidR="00000000">
        <w:t xml:space="preserve"> </w:t>
      </w:r>
      <w:r>
        <w:rPr>
          <w:lang w:val="ru-RU"/>
        </w:rPr>
        <w:t>выходов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4279"/>
      </w:tblGrid>
      <w:tr w:rsidR="0090745E" w14:paraId="277ABCC0" w14:textId="77777777" w:rsidTr="00931EBC">
        <w:tc>
          <w:tcPr>
            <w:tcW w:w="1809" w:type="dxa"/>
          </w:tcPr>
          <w:p w14:paraId="007DD904" w14:textId="77777777" w:rsidR="0090745E" w:rsidRDefault="00000000">
            <w:r>
              <w:t>Bit</w:t>
            </w:r>
          </w:p>
        </w:tc>
        <w:tc>
          <w:tcPr>
            <w:tcW w:w="2552" w:type="dxa"/>
          </w:tcPr>
          <w:p w14:paraId="76FB22FA" w14:textId="77777777" w:rsidR="0090745E" w:rsidRDefault="00000000">
            <w:r>
              <w:t>Сигнал</w:t>
            </w:r>
          </w:p>
        </w:tc>
        <w:tc>
          <w:tcPr>
            <w:tcW w:w="4279" w:type="dxa"/>
          </w:tcPr>
          <w:p w14:paraId="1B79B753" w14:textId="77777777" w:rsidR="0090745E" w:rsidRDefault="00000000">
            <w:r>
              <w:t>Описание</w:t>
            </w:r>
          </w:p>
        </w:tc>
      </w:tr>
      <w:tr w:rsidR="0090745E" w:rsidRPr="00931EBC" w14:paraId="5674C979" w14:textId="77777777" w:rsidTr="00931EBC">
        <w:tc>
          <w:tcPr>
            <w:tcW w:w="1809" w:type="dxa"/>
          </w:tcPr>
          <w:p w14:paraId="2AA7E42C" w14:textId="77777777" w:rsidR="0090745E" w:rsidRDefault="00000000">
            <w:r>
              <w:t>0</w:t>
            </w:r>
          </w:p>
        </w:tc>
        <w:tc>
          <w:tcPr>
            <w:tcW w:w="2552" w:type="dxa"/>
          </w:tcPr>
          <w:p w14:paraId="05E93E56" w14:textId="77777777" w:rsidR="0090745E" w:rsidRDefault="00000000">
            <w:r>
              <w:t>Работа</w:t>
            </w:r>
          </w:p>
        </w:tc>
        <w:tc>
          <w:tcPr>
            <w:tcW w:w="4279" w:type="dxa"/>
          </w:tcPr>
          <w:p w14:paraId="60090E41" w14:textId="44072B49" w:rsidR="0090745E" w:rsidRPr="00931EBC" w:rsidRDefault="00000000">
            <w:pPr>
              <w:rPr>
                <w:lang w:val="ru-RU"/>
              </w:rPr>
            </w:pPr>
            <w:r w:rsidRPr="00931EBC">
              <w:rPr>
                <w:lang w:val="ru-RU"/>
              </w:rPr>
              <w:t xml:space="preserve">Система находится в </w:t>
            </w:r>
            <w:r w:rsidR="00931EBC">
              <w:rPr>
                <w:lang w:val="ru-RU"/>
              </w:rPr>
              <w:t>рабочем режиме</w:t>
            </w:r>
          </w:p>
        </w:tc>
      </w:tr>
      <w:tr w:rsidR="0090745E" w14:paraId="1EDA3A68" w14:textId="77777777" w:rsidTr="00931EBC">
        <w:tc>
          <w:tcPr>
            <w:tcW w:w="1809" w:type="dxa"/>
          </w:tcPr>
          <w:p w14:paraId="59621C72" w14:textId="77777777" w:rsidR="0090745E" w:rsidRDefault="00000000">
            <w:r>
              <w:t>1</w:t>
            </w:r>
          </w:p>
        </w:tc>
        <w:tc>
          <w:tcPr>
            <w:tcW w:w="2552" w:type="dxa"/>
          </w:tcPr>
          <w:p w14:paraId="23EA1410" w14:textId="77777777" w:rsidR="0090745E" w:rsidRDefault="00000000">
            <w:r>
              <w:t>Авария</w:t>
            </w:r>
          </w:p>
        </w:tc>
        <w:tc>
          <w:tcPr>
            <w:tcW w:w="4279" w:type="dxa"/>
          </w:tcPr>
          <w:p w14:paraId="66106AB3" w14:textId="77777777" w:rsidR="0090745E" w:rsidRDefault="00000000">
            <w:r>
              <w:t>В системе присутствует авария</w:t>
            </w:r>
          </w:p>
        </w:tc>
      </w:tr>
      <w:tr w:rsidR="0090745E" w14:paraId="30D172C4" w14:textId="77777777" w:rsidTr="00931EBC">
        <w:tc>
          <w:tcPr>
            <w:tcW w:w="1809" w:type="dxa"/>
          </w:tcPr>
          <w:p w14:paraId="34FF7868" w14:textId="77777777" w:rsidR="0090745E" w:rsidRDefault="00000000">
            <w:r>
              <w:t>2</w:t>
            </w:r>
          </w:p>
        </w:tc>
        <w:tc>
          <w:tcPr>
            <w:tcW w:w="2552" w:type="dxa"/>
          </w:tcPr>
          <w:p w14:paraId="47BAF257" w14:textId="77777777" w:rsidR="0090745E" w:rsidRDefault="00000000">
            <w:r>
              <w:t>Заслонка</w:t>
            </w:r>
          </w:p>
        </w:tc>
        <w:tc>
          <w:tcPr>
            <w:tcW w:w="4279" w:type="dxa"/>
          </w:tcPr>
          <w:p w14:paraId="69EFD529" w14:textId="77777777" w:rsidR="0090745E" w:rsidRDefault="00000000">
            <w:r>
              <w:t>Команда открытия заслонки</w:t>
            </w:r>
          </w:p>
        </w:tc>
      </w:tr>
      <w:tr w:rsidR="0090745E" w14:paraId="41E0AAC7" w14:textId="77777777" w:rsidTr="00931EBC">
        <w:tc>
          <w:tcPr>
            <w:tcW w:w="1809" w:type="dxa"/>
          </w:tcPr>
          <w:p w14:paraId="6E2CA01E" w14:textId="77777777" w:rsidR="0090745E" w:rsidRDefault="00000000">
            <w:r>
              <w:t>3</w:t>
            </w:r>
          </w:p>
        </w:tc>
        <w:tc>
          <w:tcPr>
            <w:tcW w:w="2552" w:type="dxa"/>
          </w:tcPr>
          <w:p w14:paraId="410793B6" w14:textId="77777777" w:rsidR="0090745E" w:rsidRDefault="00000000">
            <w:r>
              <w:t>Вентилятор</w:t>
            </w:r>
          </w:p>
        </w:tc>
        <w:tc>
          <w:tcPr>
            <w:tcW w:w="4279" w:type="dxa"/>
          </w:tcPr>
          <w:p w14:paraId="5ABA8DD9" w14:textId="08A98DB3" w:rsidR="0090745E" w:rsidRPr="00931EBC" w:rsidRDefault="00931EBC">
            <w:pPr>
              <w:rPr>
                <w:lang w:val="ru-RU"/>
              </w:rPr>
            </w:pPr>
            <w:r>
              <w:rPr>
                <w:lang w:val="ru-RU"/>
              </w:rPr>
              <w:t>Команда запуска вентилятора</w:t>
            </w:r>
          </w:p>
        </w:tc>
      </w:tr>
      <w:tr w:rsidR="0090745E" w14:paraId="4B6CDD37" w14:textId="77777777" w:rsidTr="00931EBC">
        <w:tc>
          <w:tcPr>
            <w:tcW w:w="1809" w:type="dxa"/>
          </w:tcPr>
          <w:p w14:paraId="6304722D" w14:textId="77777777" w:rsidR="0090745E" w:rsidRDefault="00000000">
            <w:r>
              <w:t>4..15</w:t>
            </w:r>
          </w:p>
        </w:tc>
        <w:tc>
          <w:tcPr>
            <w:tcW w:w="2552" w:type="dxa"/>
          </w:tcPr>
          <w:p w14:paraId="3C9D190A" w14:textId="77777777" w:rsidR="0090745E" w:rsidRDefault="00000000">
            <w:r>
              <w:t>Резерв</w:t>
            </w:r>
          </w:p>
        </w:tc>
        <w:tc>
          <w:tcPr>
            <w:tcW w:w="4279" w:type="dxa"/>
          </w:tcPr>
          <w:p w14:paraId="71D675AA" w14:textId="77777777" w:rsidR="0090745E" w:rsidRDefault="00000000">
            <w:r>
              <w:t>-</w:t>
            </w:r>
          </w:p>
        </w:tc>
      </w:tr>
    </w:tbl>
    <w:p w14:paraId="2A6F5488" w14:textId="553D5B75" w:rsidR="0090745E" w:rsidRPr="00140663" w:rsidRDefault="00140663">
      <w:pPr>
        <w:pStyle w:val="21"/>
        <w:rPr>
          <w:lang w:val="ru-RU"/>
        </w:rPr>
      </w:pPr>
      <w:r>
        <w:rPr>
          <w:lang w:val="ru-RU"/>
        </w:rPr>
        <w:t>Регистр</w:t>
      </w:r>
      <w:r>
        <w:t xml:space="preserve"> </w:t>
      </w:r>
      <w:r w:rsidR="00000000">
        <w:t xml:space="preserve">5 — </w:t>
      </w:r>
      <w:r>
        <w:rPr>
          <w:lang w:val="ru-RU"/>
        </w:rPr>
        <w:t>Маска</w:t>
      </w:r>
      <w:r>
        <w:t xml:space="preserve"> </w:t>
      </w:r>
      <w:r>
        <w:rPr>
          <w:lang w:val="ru-RU"/>
        </w:rPr>
        <w:t>аварий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809"/>
        <w:gridCol w:w="2552"/>
        <w:gridCol w:w="4279"/>
      </w:tblGrid>
      <w:tr w:rsidR="0090745E" w14:paraId="096CDFA2" w14:textId="77777777" w:rsidTr="00931EBC">
        <w:tc>
          <w:tcPr>
            <w:tcW w:w="1809" w:type="dxa"/>
          </w:tcPr>
          <w:p w14:paraId="0C0ABF2D" w14:textId="77777777" w:rsidR="0090745E" w:rsidRDefault="00000000">
            <w:r>
              <w:t>Bit</w:t>
            </w:r>
          </w:p>
        </w:tc>
        <w:tc>
          <w:tcPr>
            <w:tcW w:w="2552" w:type="dxa"/>
          </w:tcPr>
          <w:p w14:paraId="1354C5B1" w14:textId="77777777" w:rsidR="0090745E" w:rsidRDefault="00000000">
            <w:r>
              <w:t>Авария</w:t>
            </w:r>
          </w:p>
        </w:tc>
        <w:tc>
          <w:tcPr>
            <w:tcW w:w="4279" w:type="dxa"/>
          </w:tcPr>
          <w:p w14:paraId="3630CE73" w14:textId="77777777" w:rsidR="0090745E" w:rsidRDefault="00000000">
            <w:r>
              <w:t>Описание</w:t>
            </w:r>
          </w:p>
        </w:tc>
      </w:tr>
      <w:tr w:rsidR="0090745E" w14:paraId="1346A1A7" w14:textId="77777777" w:rsidTr="00931EBC">
        <w:tc>
          <w:tcPr>
            <w:tcW w:w="1809" w:type="dxa"/>
          </w:tcPr>
          <w:p w14:paraId="30CBF2C3" w14:textId="77777777" w:rsidR="0090745E" w:rsidRDefault="00000000">
            <w:r>
              <w:t>0</w:t>
            </w:r>
          </w:p>
        </w:tc>
        <w:tc>
          <w:tcPr>
            <w:tcW w:w="2552" w:type="dxa"/>
          </w:tcPr>
          <w:p w14:paraId="1B2D036D" w14:textId="77777777" w:rsidR="0090745E" w:rsidRDefault="00000000">
            <w:r>
              <w:t>Пожар</w:t>
            </w:r>
          </w:p>
        </w:tc>
        <w:tc>
          <w:tcPr>
            <w:tcW w:w="4279" w:type="dxa"/>
          </w:tcPr>
          <w:p w14:paraId="28E9253F" w14:textId="77777777" w:rsidR="0090745E" w:rsidRDefault="00000000">
            <w:r>
              <w:t>Авария пожарной сигнализации</w:t>
            </w:r>
          </w:p>
        </w:tc>
      </w:tr>
      <w:tr w:rsidR="0090745E" w14:paraId="1436A324" w14:textId="77777777" w:rsidTr="00931EBC">
        <w:tc>
          <w:tcPr>
            <w:tcW w:w="1809" w:type="dxa"/>
          </w:tcPr>
          <w:p w14:paraId="17B44D40" w14:textId="77777777" w:rsidR="0090745E" w:rsidRDefault="00000000">
            <w:r>
              <w:t>1</w:t>
            </w:r>
          </w:p>
        </w:tc>
        <w:tc>
          <w:tcPr>
            <w:tcW w:w="2552" w:type="dxa"/>
          </w:tcPr>
          <w:p w14:paraId="7B0451F5" w14:textId="77777777" w:rsidR="0090745E" w:rsidRDefault="00000000">
            <w:r>
              <w:t>Защита вентилятора</w:t>
            </w:r>
          </w:p>
        </w:tc>
        <w:tc>
          <w:tcPr>
            <w:tcW w:w="4279" w:type="dxa"/>
          </w:tcPr>
          <w:p w14:paraId="6FC92FAB" w14:textId="77777777" w:rsidR="0090745E" w:rsidRDefault="00000000">
            <w:r>
              <w:t>Сработала защита вентилятора</w:t>
            </w:r>
          </w:p>
        </w:tc>
      </w:tr>
      <w:tr w:rsidR="0090745E" w14:paraId="6A99B308" w14:textId="77777777" w:rsidTr="00931EBC">
        <w:tc>
          <w:tcPr>
            <w:tcW w:w="1809" w:type="dxa"/>
          </w:tcPr>
          <w:p w14:paraId="0F1D64D6" w14:textId="77777777" w:rsidR="0090745E" w:rsidRDefault="00000000">
            <w:r>
              <w:t>2</w:t>
            </w:r>
          </w:p>
        </w:tc>
        <w:tc>
          <w:tcPr>
            <w:tcW w:w="2552" w:type="dxa"/>
          </w:tcPr>
          <w:p w14:paraId="75B22787" w14:textId="77777777" w:rsidR="0090745E" w:rsidRDefault="00000000">
            <w:r>
              <w:t>Реле контроля тока</w:t>
            </w:r>
          </w:p>
        </w:tc>
        <w:tc>
          <w:tcPr>
            <w:tcW w:w="4279" w:type="dxa"/>
          </w:tcPr>
          <w:p w14:paraId="4EA35250" w14:textId="77777777" w:rsidR="0090745E" w:rsidRDefault="00000000">
            <w:r>
              <w:t>Нет тока вентилятора</w:t>
            </w:r>
          </w:p>
        </w:tc>
      </w:tr>
      <w:tr w:rsidR="0090745E" w14:paraId="73E93395" w14:textId="77777777" w:rsidTr="00931EBC">
        <w:tc>
          <w:tcPr>
            <w:tcW w:w="1809" w:type="dxa"/>
          </w:tcPr>
          <w:p w14:paraId="2576304B" w14:textId="77777777" w:rsidR="0090745E" w:rsidRDefault="00000000">
            <w:r>
              <w:t>3..15</w:t>
            </w:r>
          </w:p>
        </w:tc>
        <w:tc>
          <w:tcPr>
            <w:tcW w:w="2552" w:type="dxa"/>
          </w:tcPr>
          <w:p w14:paraId="422786C9" w14:textId="77777777" w:rsidR="0090745E" w:rsidRDefault="00000000">
            <w:r>
              <w:t>Резерв</w:t>
            </w:r>
          </w:p>
        </w:tc>
        <w:tc>
          <w:tcPr>
            <w:tcW w:w="4279" w:type="dxa"/>
          </w:tcPr>
          <w:p w14:paraId="016AA92F" w14:textId="77777777" w:rsidR="0090745E" w:rsidRDefault="00000000">
            <w:r>
              <w:t>-</w:t>
            </w:r>
          </w:p>
        </w:tc>
      </w:tr>
    </w:tbl>
    <w:p w14:paraId="4B5C432B" w14:textId="642C3F94" w:rsidR="00062B7A" w:rsidRPr="00062B7A" w:rsidRDefault="00140663" w:rsidP="00062B7A">
      <w:pPr>
        <w:pStyle w:val="21"/>
        <w:rPr>
          <w:lang w:val="ru-RU"/>
        </w:rPr>
      </w:pPr>
      <w:r>
        <w:rPr>
          <w:lang w:val="ru-RU"/>
        </w:rPr>
        <w:t>Регистр</w:t>
      </w:r>
      <w:r>
        <w:t xml:space="preserve"> </w:t>
      </w:r>
      <w:r w:rsidR="00062B7A">
        <w:rPr>
          <w:lang w:val="ru-RU"/>
        </w:rPr>
        <w:t>6</w:t>
      </w:r>
      <w:r w:rsidR="00062B7A">
        <w:t xml:space="preserve"> — </w:t>
      </w:r>
      <w:r w:rsidR="00062B7A">
        <w:rPr>
          <w:lang w:val="ru-RU"/>
        </w:rPr>
        <w:t>Режим управления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809"/>
        <w:gridCol w:w="6831"/>
      </w:tblGrid>
      <w:tr w:rsidR="00062B7A" w14:paraId="142ED318" w14:textId="77777777" w:rsidTr="00062B7A">
        <w:tc>
          <w:tcPr>
            <w:tcW w:w="1809" w:type="dxa"/>
          </w:tcPr>
          <w:p w14:paraId="2D89AC5A" w14:textId="3F82894F" w:rsidR="00062B7A" w:rsidRPr="00140663" w:rsidRDefault="00140663" w:rsidP="0056335F">
            <w:pPr>
              <w:rPr>
                <w:lang w:val="ru-RU"/>
              </w:rPr>
            </w:pPr>
            <w:r>
              <w:rPr>
                <w:lang w:val="ru-RU"/>
              </w:rPr>
              <w:t>Значение</w:t>
            </w:r>
          </w:p>
        </w:tc>
        <w:tc>
          <w:tcPr>
            <w:tcW w:w="6831" w:type="dxa"/>
          </w:tcPr>
          <w:p w14:paraId="15A5C979" w14:textId="758FF14D" w:rsidR="00062B7A" w:rsidRPr="00140663" w:rsidRDefault="00140663" w:rsidP="0056335F">
            <w:pPr>
              <w:rPr>
                <w:lang w:val="ru-RU"/>
              </w:rPr>
            </w:pPr>
            <w:r>
              <w:rPr>
                <w:lang w:val="ru-RU"/>
              </w:rPr>
              <w:t>Статус</w:t>
            </w:r>
          </w:p>
        </w:tc>
      </w:tr>
      <w:tr w:rsidR="00062B7A" w:rsidRPr="00062B7A" w14:paraId="500483E5" w14:textId="77777777" w:rsidTr="00062B7A">
        <w:tc>
          <w:tcPr>
            <w:tcW w:w="1809" w:type="dxa"/>
          </w:tcPr>
          <w:p w14:paraId="6364F2AB" w14:textId="77777777" w:rsidR="00062B7A" w:rsidRDefault="00062B7A" w:rsidP="0056335F">
            <w:r>
              <w:t>0</w:t>
            </w:r>
          </w:p>
        </w:tc>
        <w:tc>
          <w:tcPr>
            <w:tcW w:w="6831" w:type="dxa"/>
          </w:tcPr>
          <w:p w14:paraId="32BE77BE" w14:textId="2D7C754F" w:rsidR="00062B7A" w:rsidRPr="00062B7A" w:rsidRDefault="00062B7A" w:rsidP="0056335F">
            <w:pPr>
              <w:rPr>
                <w:lang w:val="ru-RU"/>
              </w:rPr>
            </w:pPr>
            <w:r>
              <w:rPr>
                <w:lang w:val="ru-RU"/>
              </w:rPr>
              <w:t>Местный. Управление только кнопками на блоке БАУВ</w:t>
            </w:r>
          </w:p>
        </w:tc>
      </w:tr>
      <w:tr w:rsidR="00062B7A" w:rsidRPr="00062B7A" w14:paraId="0799FDF4" w14:textId="77777777" w:rsidTr="00062B7A">
        <w:tc>
          <w:tcPr>
            <w:tcW w:w="1809" w:type="dxa"/>
          </w:tcPr>
          <w:p w14:paraId="5844DA28" w14:textId="77777777" w:rsidR="00062B7A" w:rsidRDefault="00062B7A" w:rsidP="0056335F">
            <w:r>
              <w:t>1</w:t>
            </w:r>
          </w:p>
        </w:tc>
        <w:tc>
          <w:tcPr>
            <w:tcW w:w="6831" w:type="dxa"/>
          </w:tcPr>
          <w:p w14:paraId="647214EF" w14:textId="71D0BCB6" w:rsidR="00062B7A" w:rsidRPr="00062B7A" w:rsidRDefault="00062B7A" w:rsidP="0056335F">
            <w:pPr>
              <w:rPr>
                <w:lang w:val="ru-RU"/>
              </w:rPr>
            </w:pPr>
            <w:r>
              <w:t>Modbus</w:t>
            </w:r>
            <w:r w:rsidRPr="00062B7A">
              <w:rPr>
                <w:lang w:val="ru-RU"/>
              </w:rPr>
              <w:t xml:space="preserve">. </w:t>
            </w:r>
            <w:r>
              <w:rPr>
                <w:lang w:val="ru-RU"/>
              </w:rPr>
              <w:t xml:space="preserve">Управление только по интерфейсу </w:t>
            </w:r>
            <w:r>
              <w:t>RS</w:t>
            </w:r>
            <w:r w:rsidRPr="00062B7A">
              <w:rPr>
                <w:lang w:val="ru-RU"/>
              </w:rPr>
              <w:t>485</w:t>
            </w:r>
          </w:p>
        </w:tc>
      </w:tr>
      <w:tr w:rsidR="00062B7A" w:rsidRPr="00062B7A" w14:paraId="0D919E4A" w14:textId="77777777" w:rsidTr="00062B7A">
        <w:tc>
          <w:tcPr>
            <w:tcW w:w="1809" w:type="dxa"/>
          </w:tcPr>
          <w:p w14:paraId="39B0270C" w14:textId="77777777" w:rsidR="00062B7A" w:rsidRDefault="00062B7A" w:rsidP="0056335F">
            <w:r>
              <w:t>2</w:t>
            </w:r>
          </w:p>
        </w:tc>
        <w:tc>
          <w:tcPr>
            <w:tcW w:w="6831" w:type="dxa"/>
          </w:tcPr>
          <w:p w14:paraId="35D6D40C" w14:textId="6627E7EE" w:rsidR="00062B7A" w:rsidRPr="00062B7A" w:rsidRDefault="00062B7A" w:rsidP="0056335F">
            <w:pPr>
              <w:rPr>
                <w:lang w:val="ru-RU"/>
              </w:rPr>
            </w:pPr>
            <w:r>
              <w:rPr>
                <w:lang w:val="ru-RU"/>
              </w:rPr>
              <w:t>Логика ИЛИ. Управление из любого места.</w:t>
            </w:r>
          </w:p>
        </w:tc>
      </w:tr>
      <w:tr w:rsidR="00062B7A" w:rsidRPr="00062B7A" w14:paraId="06A0965C" w14:textId="77777777" w:rsidTr="00062B7A">
        <w:tc>
          <w:tcPr>
            <w:tcW w:w="1809" w:type="dxa"/>
          </w:tcPr>
          <w:p w14:paraId="26722CC4" w14:textId="77777777" w:rsidR="00062B7A" w:rsidRDefault="00062B7A" w:rsidP="0056335F">
            <w:r>
              <w:t>3</w:t>
            </w:r>
          </w:p>
        </w:tc>
        <w:tc>
          <w:tcPr>
            <w:tcW w:w="6831" w:type="dxa"/>
          </w:tcPr>
          <w:p w14:paraId="052C114E" w14:textId="5E576258" w:rsidR="00062B7A" w:rsidRPr="00062B7A" w:rsidRDefault="00062B7A" w:rsidP="0056335F">
            <w:pPr>
              <w:rPr>
                <w:lang w:val="ru-RU"/>
              </w:rPr>
            </w:pPr>
            <w:r>
              <w:rPr>
                <w:lang w:val="ru-RU"/>
              </w:rPr>
              <w:t>Пульт ПДУ. Управление только проводным пультом.</w:t>
            </w:r>
          </w:p>
        </w:tc>
      </w:tr>
    </w:tbl>
    <w:p w14:paraId="1408680D" w14:textId="368E0AF8" w:rsidR="00062B7A" w:rsidRPr="00062B7A" w:rsidRDefault="00140663" w:rsidP="00062B7A">
      <w:pPr>
        <w:pStyle w:val="21"/>
        <w:rPr>
          <w:lang w:val="ru-RU"/>
        </w:rPr>
      </w:pPr>
      <w:r>
        <w:rPr>
          <w:lang w:val="ru-RU"/>
        </w:rPr>
        <w:t>Регистр</w:t>
      </w:r>
      <w:r>
        <w:t xml:space="preserve"> </w:t>
      </w:r>
      <w:r w:rsidR="00062B7A">
        <w:rPr>
          <w:lang w:val="ru-RU"/>
        </w:rPr>
        <w:t>7</w:t>
      </w:r>
      <w:r w:rsidR="00062B7A">
        <w:t xml:space="preserve"> — </w:t>
      </w:r>
      <w:r w:rsidR="00062B7A">
        <w:rPr>
          <w:lang w:val="ru-RU"/>
        </w:rPr>
        <w:t>Сервисный пароль</w:t>
      </w:r>
    </w:p>
    <w:tbl>
      <w:tblPr>
        <w:tblStyle w:val="aff0"/>
        <w:tblW w:w="0" w:type="auto"/>
        <w:tblInd w:w="-34" w:type="dxa"/>
        <w:tblLook w:val="04A0" w:firstRow="1" w:lastRow="0" w:firstColumn="1" w:lastColumn="0" w:noHBand="0" w:noVBand="1"/>
      </w:tblPr>
      <w:tblGrid>
        <w:gridCol w:w="1843"/>
        <w:gridCol w:w="6804"/>
      </w:tblGrid>
      <w:tr w:rsidR="00062B7A" w14:paraId="0930C808" w14:textId="77777777" w:rsidTr="00140663">
        <w:tc>
          <w:tcPr>
            <w:tcW w:w="1843" w:type="dxa"/>
          </w:tcPr>
          <w:p w14:paraId="5A3F5707" w14:textId="792325B1" w:rsidR="00062B7A" w:rsidRPr="00140663" w:rsidRDefault="00140663" w:rsidP="0056335F">
            <w:pPr>
              <w:rPr>
                <w:lang w:val="ru-RU"/>
              </w:rPr>
            </w:pPr>
            <w:r>
              <w:rPr>
                <w:lang w:val="ru-RU"/>
              </w:rPr>
              <w:t>Диапазон</w:t>
            </w:r>
          </w:p>
        </w:tc>
        <w:tc>
          <w:tcPr>
            <w:tcW w:w="6804" w:type="dxa"/>
          </w:tcPr>
          <w:p w14:paraId="4AFA8E45" w14:textId="7418F79C" w:rsidR="00062B7A" w:rsidRPr="00140663" w:rsidRDefault="00140663" w:rsidP="0056335F">
            <w:pPr>
              <w:rPr>
                <w:lang w:val="ru-RU"/>
              </w:rPr>
            </w:pPr>
            <w:r>
              <w:rPr>
                <w:lang w:val="ru-RU"/>
              </w:rPr>
              <w:t>Описание</w:t>
            </w:r>
          </w:p>
        </w:tc>
      </w:tr>
      <w:tr w:rsidR="00062B7A" w:rsidRPr="00062B7A" w14:paraId="2237112D" w14:textId="77777777" w:rsidTr="00140663">
        <w:tc>
          <w:tcPr>
            <w:tcW w:w="1843" w:type="dxa"/>
          </w:tcPr>
          <w:p w14:paraId="2F76A204" w14:textId="10116532" w:rsidR="00062B7A" w:rsidRPr="00062B7A" w:rsidRDefault="00062B7A" w:rsidP="0056335F">
            <w:pPr>
              <w:rPr>
                <w:lang w:val="ru-RU"/>
              </w:rPr>
            </w:pPr>
            <w:r>
              <w:rPr>
                <w:lang w:val="ru-RU"/>
              </w:rPr>
              <w:t>0-9999</w:t>
            </w:r>
          </w:p>
        </w:tc>
        <w:tc>
          <w:tcPr>
            <w:tcW w:w="6804" w:type="dxa"/>
          </w:tcPr>
          <w:p w14:paraId="75323563" w14:textId="5378FEA1" w:rsidR="00062B7A" w:rsidRPr="003D5AB2" w:rsidRDefault="00062B7A" w:rsidP="0056335F">
            <w:r>
              <w:rPr>
                <w:lang w:val="ru-RU"/>
              </w:rPr>
              <w:t>Пароль для перехода в параметры</w:t>
            </w:r>
          </w:p>
        </w:tc>
      </w:tr>
    </w:tbl>
    <w:p w14:paraId="0B77F541" w14:textId="77777777" w:rsidR="00062B7A" w:rsidRPr="00931EBC" w:rsidRDefault="00062B7A" w:rsidP="00931EBC">
      <w:pPr>
        <w:rPr>
          <w:lang w:val="ru-RU"/>
        </w:rPr>
      </w:pPr>
    </w:p>
    <w:sectPr w:rsidR="00062B7A" w:rsidRPr="00931EB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4205455">
    <w:abstractNumId w:val="8"/>
  </w:num>
  <w:num w:numId="2" w16cid:durableId="1367369022">
    <w:abstractNumId w:val="6"/>
  </w:num>
  <w:num w:numId="3" w16cid:durableId="523326469">
    <w:abstractNumId w:val="5"/>
  </w:num>
  <w:num w:numId="4" w16cid:durableId="1658729210">
    <w:abstractNumId w:val="4"/>
  </w:num>
  <w:num w:numId="5" w16cid:durableId="1090156666">
    <w:abstractNumId w:val="7"/>
  </w:num>
  <w:num w:numId="6" w16cid:durableId="38601399">
    <w:abstractNumId w:val="3"/>
  </w:num>
  <w:num w:numId="7" w16cid:durableId="1268973867">
    <w:abstractNumId w:val="2"/>
  </w:num>
  <w:num w:numId="8" w16cid:durableId="72776689">
    <w:abstractNumId w:val="1"/>
  </w:num>
  <w:num w:numId="9" w16cid:durableId="2079545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2B7A"/>
    <w:rsid w:val="00107F25"/>
    <w:rsid w:val="00140663"/>
    <w:rsid w:val="0015074B"/>
    <w:rsid w:val="0029639D"/>
    <w:rsid w:val="0031425C"/>
    <w:rsid w:val="00326F90"/>
    <w:rsid w:val="003D5AB2"/>
    <w:rsid w:val="008941CD"/>
    <w:rsid w:val="008C14E4"/>
    <w:rsid w:val="0090745E"/>
    <w:rsid w:val="00931EBC"/>
    <w:rsid w:val="00966385"/>
    <w:rsid w:val="00AA1D8D"/>
    <w:rsid w:val="00B47730"/>
    <w:rsid w:val="00BE5B1E"/>
    <w:rsid w:val="00CB0664"/>
    <w:rsid w:val="00CB40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797BE"/>
  <w14:defaultImageDpi w14:val="300"/>
  <w15:docId w15:val="{218BD266-2F18-449D-A7CC-DBB5CA70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62B7A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Анатолий Казаков</cp:lastModifiedBy>
  <cp:revision>9</cp:revision>
  <dcterms:created xsi:type="dcterms:W3CDTF">2013-12-23T23:15:00Z</dcterms:created>
  <dcterms:modified xsi:type="dcterms:W3CDTF">2026-05-09T14:44:00Z</dcterms:modified>
  <cp:category/>
</cp:coreProperties>
</file>